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EESTI KOOLIJUHTIDE ÜHENDUS</w:t>
        <w:br/>
      </w:r>
      <w:r>
        <w:rPr>
          <w:b/>
          <w:sz w:val="22"/>
        </w:rPr>
        <w:t>MTÜ TARTUMAA KOOLIJUHTIDE ÜHENDUS</w:t>
        <w:br/>
      </w:r>
      <w:r>
        <w:rPr>
          <w:b/>
          <w:sz w:val="22"/>
        </w:rPr>
        <w:t>TMKÜ JUHATUS</w:t>
      </w:r>
    </w:p>
    <w:p>
      <w:pPr>
        <w:jc w:val="center"/>
      </w:pPr>
      <w:r>
        <w:rPr>
          <w:b/>
          <w:sz w:val="30"/>
        </w:rPr>
        <w:t>AVALDUS</w:t>
      </w:r>
    </w:p>
    <w:p>
      <w:pPr>
        <w:spacing w:after="120"/>
      </w:pPr>
      <w:r>
        <w:t>Soovin astuda Eesti Koolijuhtide Ühenduse (EKJÜ) ja MTÜ Tartu Maakonna Koolijuhtide Ühenduse (TMKÜ) liikmeks alates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8787"/>
      </w:tblGrid>
      <w:tr>
        <w:tc>
          <w:tcPr>
            <w:tcW w:type="dxa" w:w="9406"/>
          </w:tcPr>
          <w:p>
            <w:pPr>
              <w:spacing w:after="0"/>
            </w:pPr>
            <w:r>
              <w:t>________________________________________</w:t>
              <w:br/>
              <w:t>kuupäev</w:t>
            </w:r>
          </w:p>
        </w:tc>
      </w:tr>
    </w:tbl>
    <w:p>
      <w:pPr>
        <w:spacing w:before="160" w:after="80"/>
      </w:pPr>
      <w:r>
        <w:rPr>
          <w:b/>
        </w:rPr>
        <w:t>EKJÜ liikmeskonna statistilise andmestiku jaoks esitan järgmise informatsiooni:</w:t>
      </w:r>
    </w:p>
    <w:p>
      <w:pPr>
        <w:spacing w:after="20"/>
      </w:pPr>
      <w:r>
        <w:rPr>
          <w:b/>
        </w:rPr>
        <w:t>1. Ees- ja perekonnanimi:</w:t>
      </w:r>
      <w:r>
        <w:br/>
        <w:t>________________________________________</w:t>
      </w:r>
    </w:p>
    <w:p>
      <w:pPr>
        <w:spacing w:after="20"/>
      </w:pPr>
      <w:r>
        <w:rPr>
          <w:b/>
        </w:rPr>
        <w:t>2. Isikukood:</w:t>
      </w:r>
      <w:r>
        <w:br/>
        <w:t>________________________________________</w:t>
      </w:r>
    </w:p>
    <w:p>
      <w:pPr>
        <w:spacing w:after="20"/>
      </w:pPr>
      <w:r>
        <w:rPr>
          <w:b/>
        </w:rPr>
        <w:t>3. Töökoht:</w:t>
      </w:r>
      <w:r>
        <w:br/>
        <w:t>________________________________________</w:t>
      </w:r>
    </w:p>
    <w:p>
      <w:pPr>
        <w:spacing w:after="20"/>
      </w:pPr>
      <w:r>
        <w:rPr>
          <w:b/>
        </w:rPr>
        <w:t>3.1. Amet:</w:t>
      </w:r>
      <w:r>
        <w:br/>
        <w:t>________________________________________</w:t>
      </w:r>
    </w:p>
    <w:p>
      <w:pPr>
        <w:spacing w:after="20"/>
      </w:pPr>
      <w:r>
        <w:rPr>
          <w:b/>
        </w:rPr>
        <w:t>4. Telefon:</w:t>
      </w:r>
      <w:r>
        <w:br/>
        <w:t>________________________________________</w:t>
      </w:r>
    </w:p>
    <w:p>
      <w:pPr>
        <w:spacing w:after="20"/>
      </w:pPr>
      <w:r>
        <w:rPr>
          <w:b/>
        </w:rPr>
        <w:t>4.1. E-post:</w:t>
      </w:r>
      <w:r>
        <w:br/>
        <w:t>________________________________________</w:t>
      </w:r>
    </w:p>
    <w:p>
      <w:pPr>
        <w:spacing w:before="160" w:after="80"/>
      </w:pPr>
      <w:r>
        <w:rPr>
          <w:b/>
        </w:rPr>
        <w:t>Lisa avaldusele</w:t>
      </w:r>
    </w:p>
    <w:p>
      <w:pPr>
        <w:spacing w:after="120" w:line="259" w:lineRule="auto"/>
      </w:pPr>
      <w:r>
        <w:t>Olen teadlik, et TMKÜ peab oma liikmete arvestust liikmemaksude laekumise alusel. Liikmemaksu suuruse otsustab üldkoosolek.</w:t>
      </w:r>
    </w:p>
    <w:p>
      <w:pPr>
        <w:spacing w:after="120" w:line="259" w:lineRule="auto"/>
      </w:pPr>
      <w:r>
        <w:t>15.06.2026 toimunud TMKÜ üldkoosoleku otsusega on alates 01.09.2026 TMKÜ liikmemaks 25 eurot kuus.</w:t>
      </w:r>
    </w:p>
    <w:p>
      <w:pPr>
        <w:spacing w:after="120" w:line="259" w:lineRule="auto"/>
      </w:pPr>
      <w:r>
        <w:t>Liikmemaksu õigeaegse laekumise tagamiseks on soovitatav esitada raamatupidamisele vastavasisuline avaldus, milles on märgitud, et tööandja teeb töötaja palgast vastava mahaarvamise ning kannab TMKÜ liikmemaksu üle TMKÜ arvelduskontole.</w:t>
      </w:r>
    </w:p>
    <w:p>
      <w:pPr>
        <w:spacing w:after="120" w:line="259" w:lineRule="auto"/>
      </w:pPr>
      <w:r>
        <w:t>Liikmemaksu võib liige tasuda ka ise TMKÜ arvelduskontole.</w:t>
      </w:r>
    </w:p>
    <w:p>
      <w:pPr>
        <w:spacing w:after="40"/>
      </w:pPr>
      <w:r>
        <w:rPr>
          <w:b/>
        </w:rPr>
        <w:t xml:space="preserve">TMKÜ arvelduskonto: </w:t>
      </w:r>
      <w:r>
        <w:t>EE70 2200 00112007 8885</w:t>
      </w:r>
    </w:p>
    <w:p>
      <w:pPr>
        <w:spacing w:after="40"/>
      </w:pPr>
      <w:r>
        <w:rPr>
          <w:b w:val="0"/>
        </w:rPr>
        <w:t xml:space="preserve">Ülekande selgitusse palume märkida </w:t>
      </w:r>
      <w:r>
        <w:rPr>
          <w:b/>
        </w:rPr>
        <w:t>koolijuhi nimi, kuu ja summa</w:t>
      </w:r>
      <w:r>
        <w:t>.</w:t>
      </w:r>
    </w:p>
    <w:p>
      <w:pPr>
        <w:spacing w:before="80" w:after="200"/>
      </w:pPr>
      <w:r>
        <w:rPr>
          <w:b/>
        </w:rPr>
        <w:t xml:space="preserve">Tartu Maakonna Koolijuhtide Ühenduse registrikood: </w:t>
      </w:r>
      <w:r>
        <w:t>80084666</w:t>
      </w:r>
    </w:p>
    <w:p>
      <w:pPr>
        <w:spacing w:before="240"/>
      </w:pPr>
      <w:r>
        <w:rPr>
          <w:i/>
        </w:rPr>
        <w:t>Allkirjastatud digitaalselt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