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DD7B" w14:textId="0262F4EC" w:rsidR="00452EF7" w:rsidRPr="00452EF7" w:rsidRDefault="00452EF7" w:rsidP="00452EF7">
      <w:pPr>
        <w:spacing w:after="0"/>
        <w:jc w:val="right"/>
        <w:rPr>
          <w:b/>
          <w:bCs/>
          <w:sz w:val="16"/>
          <w:szCs w:val="16"/>
          <w:lang w:val="fi-FI"/>
        </w:rPr>
      </w:pPr>
      <w:proofErr w:type="spellStart"/>
      <w:r w:rsidRPr="00452EF7">
        <w:rPr>
          <w:b/>
          <w:bCs/>
          <w:sz w:val="16"/>
          <w:szCs w:val="16"/>
          <w:lang w:val="fi-FI"/>
        </w:rPr>
        <w:t>Kinnitatud</w:t>
      </w:r>
      <w:proofErr w:type="spellEnd"/>
      <w:r w:rsidRPr="00452EF7">
        <w:rPr>
          <w:b/>
          <w:bCs/>
          <w:sz w:val="16"/>
          <w:szCs w:val="16"/>
          <w:lang w:val="fi-FI"/>
        </w:rPr>
        <w:t xml:space="preserve"> </w:t>
      </w:r>
      <w:proofErr w:type="spellStart"/>
      <w:r w:rsidRPr="00452EF7">
        <w:rPr>
          <w:b/>
          <w:bCs/>
          <w:sz w:val="16"/>
          <w:szCs w:val="16"/>
          <w:lang w:val="fi-FI"/>
        </w:rPr>
        <w:t>Kohtunike</w:t>
      </w:r>
      <w:proofErr w:type="spellEnd"/>
      <w:r w:rsidRPr="00452EF7">
        <w:rPr>
          <w:b/>
          <w:bCs/>
          <w:sz w:val="16"/>
          <w:szCs w:val="16"/>
          <w:lang w:val="fi-FI"/>
        </w:rPr>
        <w:t xml:space="preserve"> </w:t>
      </w:r>
      <w:proofErr w:type="spellStart"/>
      <w:r w:rsidRPr="00452EF7">
        <w:rPr>
          <w:b/>
          <w:bCs/>
          <w:sz w:val="16"/>
          <w:szCs w:val="16"/>
          <w:lang w:val="fi-FI"/>
        </w:rPr>
        <w:t>Kogu</w:t>
      </w:r>
      <w:proofErr w:type="spellEnd"/>
      <w:r w:rsidRPr="00452EF7">
        <w:rPr>
          <w:b/>
          <w:bCs/>
          <w:sz w:val="16"/>
          <w:szCs w:val="16"/>
          <w:lang w:val="fi-FI"/>
        </w:rPr>
        <w:t xml:space="preserve"> </w:t>
      </w:r>
      <w:proofErr w:type="spellStart"/>
      <w:r w:rsidRPr="00452EF7">
        <w:rPr>
          <w:b/>
          <w:bCs/>
          <w:sz w:val="16"/>
          <w:szCs w:val="16"/>
          <w:lang w:val="fi-FI"/>
        </w:rPr>
        <w:t>juhatuse</w:t>
      </w:r>
      <w:proofErr w:type="spellEnd"/>
      <w:r w:rsidRPr="00452EF7">
        <w:rPr>
          <w:b/>
          <w:bCs/>
          <w:sz w:val="16"/>
          <w:szCs w:val="16"/>
          <w:lang w:val="fi-FI"/>
        </w:rPr>
        <w:t xml:space="preserve"> </w:t>
      </w:r>
      <w:proofErr w:type="spellStart"/>
      <w:r w:rsidRPr="00452EF7">
        <w:rPr>
          <w:b/>
          <w:bCs/>
          <w:sz w:val="16"/>
          <w:szCs w:val="16"/>
          <w:lang w:val="fi-FI"/>
        </w:rPr>
        <w:t>poolt</w:t>
      </w:r>
      <w:proofErr w:type="spellEnd"/>
    </w:p>
    <w:p w14:paraId="16207EBA" w14:textId="2B3EADCD" w:rsidR="00452EF7" w:rsidRPr="00452EF7" w:rsidRDefault="00452EF7" w:rsidP="00452EF7">
      <w:pPr>
        <w:spacing w:after="0"/>
        <w:jc w:val="right"/>
        <w:rPr>
          <w:b/>
          <w:bCs/>
          <w:sz w:val="16"/>
          <w:szCs w:val="16"/>
          <w:lang w:val="fi-FI"/>
        </w:rPr>
      </w:pPr>
      <w:r w:rsidRPr="00452EF7">
        <w:rPr>
          <w:b/>
          <w:bCs/>
          <w:sz w:val="16"/>
          <w:szCs w:val="16"/>
          <w:lang w:val="fi-FI"/>
        </w:rPr>
        <w:t>23.09.2026</w:t>
      </w:r>
    </w:p>
    <w:p w14:paraId="74BF1337" w14:textId="1E61E77A" w:rsidR="001D2027" w:rsidRPr="001704B5" w:rsidRDefault="006C3B8E" w:rsidP="001704B5">
      <w:pPr>
        <w:pStyle w:val="Heading1"/>
        <w:rPr>
          <w:color w:val="000000" w:themeColor="text1"/>
          <w:sz w:val="32"/>
          <w:szCs w:val="32"/>
          <w:lang w:val="fi-FI"/>
        </w:rPr>
      </w:pPr>
      <w:proofErr w:type="spellStart"/>
      <w:r w:rsidRPr="001704B5">
        <w:rPr>
          <w:color w:val="000000" w:themeColor="text1"/>
          <w:sz w:val="32"/>
          <w:szCs w:val="32"/>
          <w:lang w:val="fi-FI"/>
        </w:rPr>
        <w:t>Keelatud</w:t>
      </w:r>
      <w:proofErr w:type="spellEnd"/>
      <w:r w:rsidRPr="001704B5">
        <w:rPr>
          <w:color w:val="000000" w:themeColor="text1"/>
          <w:sz w:val="32"/>
          <w:szCs w:val="32"/>
          <w:lang w:val="fi-FI"/>
        </w:rPr>
        <w:t xml:space="preserve"> </w:t>
      </w:r>
      <w:proofErr w:type="spellStart"/>
      <w:r w:rsidRPr="001704B5">
        <w:rPr>
          <w:color w:val="000000" w:themeColor="text1"/>
          <w:sz w:val="32"/>
          <w:szCs w:val="32"/>
          <w:lang w:val="fi-FI"/>
        </w:rPr>
        <w:t>tegevused</w:t>
      </w:r>
      <w:proofErr w:type="spellEnd"/>
      <w:r w:rsidRPr="001704B5">
        <w:rPr>
          <w:color w:val="000000" w:themeColor="text1"/>
          <w:sz w:val="32"/>
          <w:szCs w:val="32"/>
          <w:lang w:val="fi-FI"/>
        </w:rPr>
        <w:t xml:space="preserve"> ja </w:t>
      </w:r>
      <w:proofErr w:type="spellStart"/>
      <w:r w:rsidRPr="001704B5">
        <w:rPr>
          <w:color w:val="000000" w:themeColor="text1"/>
          <w:sz w:val="32"/>
          <w:szCs w:val="32"/>
          <w:lang w:val="fi-FI"/>
        </w:rPr>
        <w:t>karistused</w:t>
      </w:r>
      <w:proofErr w:type="spellEnd"/>
      <w:r w:rsidR="002F5194" w:rsidRPr="001704B5">
        <w:rPr>
          <w:color w:val="000000" w:themeColor="text1"/>
          <w:sz w:val="32"/>
          <w:szCs w:val="32"/>
          <w:lang w:val="fi-FI"/>
        </w:rPr>
        <w:t xml:space="preserve"> </w:t>
      </w:r>
      <w:r w:rsidRPr="001704B5">
        <w:rPr>
          <w:color w:val="000000" w:themeColor="text1"/>
          <w:sz w:val="32"/>
          <w:szCs w:val="32"/>
          <w:lang w:val="fi-FI"/>
        </w:rPr>
        <w:t xml:space="preserve">Eesti </w:t>
      </w:r>
      <w:proofErr w:type="spellStart"/>
      <w:r w:rsidRPr="001704B5">
        <w:rPr>
          <w:color w:val="000000" w:themeColor="text1"/>
          <w:sz w:val="32"/>
          <w:szCs w:val="32"/>
          <w:lang w:val="fi-FI"/>
        </w:rPr>
        <w:t>cyclo-crossi</w:t>
      </w:r>
      <w:proofErr w:type="spellEnd"/>
      <w:r w:rsidRPr="001704B5">
        <w:rPr>
          <w:color w:val="000000" w:themeColor="text1"/>
          <w:sz w:val="32"/>
          <w:szCs w:val="32"/>
          <w:lang w:val="fi-FI"/>
        </w:rPr>
        <w:t xml:space="preserve"> </w:t>
      </w:r>
      <w:proofErr w:type="spellStart"/>
      <w:r w:rsidRPr="001704B5">
        <w:rPr>
          <w:color w:val="000000" w:themeColor="text1"/>
          <w:sz w:val="32"/>
          <w:szCs w:val="32"/>
          <w:lang w:val="fi-FI"/>
        </w:rPr>
        <w:t>karikasarja</w:t>
      </w:r>
      <w:proofErr w:type="spellEnd"/>
      <w:r w:rsidRPr="001704B5">
        <w:rPr>
          <w:color w:val="000000" w:themeColor="text1"/>
          <w:sz w:val="32"/>
          <w:szCs w:val="32"/>
          <w:lang w:val="fi-FI"/>
        </w:rPr>
        <w:t xml:space="preserve"> </w:t>
      </w:r>
      <w:proofErr w:type="spellStart"/>
      <w:r w:rsidRPr="001704B5">
        <w:rPr>
          <w:color w:val="000000" w:themeColor="text1"/>
          <w:sz w:val="32"/>
          <w:szCs w:val="32"/>
          <w:lang w:val="fi-FI"/>
        </w:rPr>
        <w:t>võistlustel</w:t>
      </w:r>
      <w:proofErr w:type="spellEnd"/>
      <w:r w:rsidR="001704B5">
        <w:rPr>
          <w:color w:val="000000" w:themeColor="text1"/>
          <w:sz w:val="32"/>
          <w:szCs w:val="32"/>
          <w:lang w:val="fi-FI"/>
        </w:rPr>
        <w:t>.</w:t>
      </w:r>
    </w:p>
    <w:p w14:paraId="54CCD9F5" w14:textId="77777777" w:rsidR="001704B5" w:rsidRDefault="001704B5">
      <w:pPr>
        <w:rPr>
          <w:b/>
          <w:bCs/>
          <w:sz w:val="19"/>
          <w:szCs w:val="19"/>
          <w:lang w:val="fi-FI"/>
        </w:rPr>
      </w:pPr>
    </w:p>
    <w:p w14:paraId="6D7BD57E" w14:textId="263B8793" w:rsidR="002F5194" w:rsidRPr="001704B5" w:rsidRDefault="002F5194">
      <w:pPr>
        <w:rPr>
          <w:rFonts w:asciiTheme="majorHAnsi" w:hAnsiTheme="majorHAnsi" w:cstheme="majorHAnsi"/>
          <w:b/>
          <w:bCs/>
          <w:sz w:val="20"/>
          <w:szCs w:val="20"/>
          <w:lang w:val="fi-FI"/>
        </w:rPr>
      </w:pPr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Eesti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Cyclo-crossi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karikasarja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võistluste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käigus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aset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leidnud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ning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rattureid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,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meeskondi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ja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teisi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litsentsiomanikke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puudutavate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võistlusintsidentidega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seotud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rikkumiste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eest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määratakse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karistusi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vastavalt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allolevale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tabelile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.</w:t>
      </w:r>
    </w:p>
    <w:p w14:paraId="319D24C7" w14:textId="77777777" w:rsidR="002F5194" w:rsidRPr="001704B5" w:rsidRDefault="00FC2C8B" w:rsidP="002F5194">
      <w:pPr>
        <w:spacing w:after="0"/>
        <w:rPr>
          <w:rFonts w:asciiTheme="majorHAnsi" w:hAnsiTheme="majorHAnsi" w:cstheme="majorHAnsi"/>
          <w:sz w:val="20"/>
          <w:szCs w:val="20"/>
          <w:lang w:val="fi-FI"/>
        </w:rPr>
      </w:pPr>
      <w:proofErr w:type="spellStart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Lühendid</w:t>
      </w:r>
      <w:proofErr w:type="spellEnd"/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: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SK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startimine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keelatud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(enne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vea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parandamist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); </w:t>
      </w:r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H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hoiatus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; </w:t>
      </w:r>
      <w:r w:rsidR="006C3B8E"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AK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aja</w:t>
      </w:r>
      <w:r w:rsidR="006C3B8E" w:rsidRPr="001704B5">
        <w:rPr>
          <w:rFonts w:asciiTheme="majorHAnsi" w:hAnsiTheme="majorHAnsi" w:cstheme="majorHAnsi"/>
          <w:sz w:val="20"/>
          <w:szCs w:val="20"/>
          <w:lang w:val="fi-FI"/>
        </w:rPr>
        <w:t>line</w:t>
      </w:r>
      <w:proofErr w:type="spellEnd"/>
      <w:r w:rsidR="006C3B8E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karistus; </w:t>
      </w:r>
      <w:r w:rsidR="008F608F"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PK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paigutuskaristus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; </w:t>
      </w:r>
    </w:p>
    <w:p w14:paraId="7EB388EC" w14:textId="5F649B0D" w:rsidR="001D2027" w:rsidRPr="001704B5" w:rsidRDefault="00FC2C8B" w:rsidP="002F5194">
      <w:pPr>
        <w:spacing w:after="0"/>
        <w:rPr>
          <w:rFonts w:asciiTheme="majorHAnsi" w:hAnsiTheme="majorHAnsi" w:cstheme="majorHAnsi"/>
          <w:sz w:val="20"/>
          <w:szCs w:val="20"/>
          <w:lang w:val="fi-FI"/>
        </w:rPr>
      </w:pPr>
      <w:r w:rsidRPr="001704B5">
        <w:rPr>
          <w:rFonts w:asciiTheme="majorHAnsi" w:hAnsiTheme="majorHAnsi" w:cstheme="majorHAnsi"/>
          <w:b/>
          <w:bCs/>
          <w:sz w:val="20"/>
          <w:szCs w:val="20"/>
          <w:lang w:val="fi-FI"/>
        </w:rPr>
        <w:t>DSQ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diskvalifitseerimine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; € =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rahaline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trahv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>.</w:t>
      </w:r>
    </w:p>
    <w:p w14:paraId="4898BE5E" w14:textId="77777777" w:rsidR="001D2027" w:rsidRPr="001704B5" w:rsidRDefault="001D2027">
      <w:pPr>
        <w:rPr>
          <w:rFonts w:asciiTheme="majorHAnsi" w:hAnsiTheme="majorHAnsi" w:cstheme="majorHAnsi"/>
          <w:sz w:val="20"/>
          <w:szCs w:val="20"/>
          <w:lang w:val="fi-FI"/>
        </w:rPr>
      </w:pPr>
    </w:p>
    <w:tbl>
      <w:tblPr>
        <w:tblStyle w:val="a"/>
        <w:tblW w:w="10587" w:type="dxa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5802"/>
        <w:gridCol w:w="4785"/>
      </w:tblGrid>
      <w:tr w:rsidR="00452EF7" w:rsidRPr="001704B5" w14:paraId="7BD51FD8" w14:textId="77777777" w:rsidTr="006E5E8B">
        <w:trPr>
          <w:cantSplit/>
          <w:tblHeader/>
          <w:jc w:val="center"/>
        </w:trPr>
        <w:tc>
          <w:tcPr>
            <w:tcW w:w="5802" w:type="dxa"/>
            <w:shd w:val="clear" w:color="auto" w:fill="D9D9D9"/>
            <w:vAlign w:val="center"/>
          </w:tcPr>
          <w:p w14:paraId="26CC0713" w14:textId="77777777" w:rsidR="00452EF7" w:rsidRPr="001704B5" w:rsidRDefault="00452EF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Cyclo-cross</w:t>
            </w:r>
          </w:p>
        </w:tc>
        <w:tc>
          <w:tcPr>
            <w:tcW w:w="4785" w:type="dxa"/>
            <w:shd w:val="clear" w:color="auto" w:fill="D9D9D9"/>
            <w:vAlign w:val="center"/>
          </w:tcPr>
          <w:p w14:paraId="100DC898" w14:textId="193411F1" w:rsidR="00452EF7" w:rsidRPr="001704B5" w:rsidRDefault="00452EF7">
            <w:pPr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i-FI"/>
              </w:rPr>
              <w:t xml:space="preserve">2. ja 3.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i-FI"/>
              </w:rPr>
              <w:t>kategooria</w:t>
            </w:r>
            <w:proofErr w:type="spellEnd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i-FI"/>
              </w:rPr>
              <w:t xml:space="preserve"> EJL CX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i-FI"/>
              </w:rPr>
              <w:t>võistlused</w:t>
            </w:r>
            <w:proofErr w:type="spellEnd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  <w:lang w:val="fi-FI"/>
              </w:rPr>
              <w:t xml:space="preserve"> </w:t>
            </w:r>
          </w:p>
        </w:tc>
      </w:tr>
      <w:tr w:rsidR="00452EF7" w:rsidRPr="001704B5" w14:paraId="5DAB47FF" w14:textId="77777777" w:rsidTr="006E5E8B">
        <w:trPr>
          <w:cantSplit/>
          <w:jc w:val="center"/>
        </w:trPr>
        <w:tc>
          <w:tcPr>
            <w:tcW w:w="5802" w:type="dxa"/>
            <w:shd w:val="clear" w:color="auto" w:fill="EFEFEF"/>
          </w:tcPr>
          <w:p w14:paraId="3A339D40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Jalgratas</w:t>
            </w:r>
            <w:proofErr w:type="spellEnd"/>
          </w:p>
        </w:tc>
        <w:tc>
          <w:tcPr>
            <w:tcW w:w="4785" w:type="dxa"/>
            <w:shd w:val="clear" w:color="auto" w:fill="EFEFEF"/>
          </w:tcPr>
          <w:p w14:paraId="37D4115F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52EF7" w:rsidRPr="001704B5" w14:paraId="2473AA0E" w14:textId="77777777" w:rsidTr="006E5E8B">
        <w:trPr>
          <w:cantSplit/>
          <w:jc w:val="center"/>
        </w:trPr>
        <w:tc>
          <w:tcPr>
            <w:tcW w:w="5802" w:type="dxa"/>
          </w:tcPr>
          <w:p w14:paraId="0EF5DD5A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1.1.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Starti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ilmumine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mittevastava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jalgrattaga</w:t>
            </w:r>
            <w:proofErr w:type="spellEnd"/>
          </w:p>
        </w:tc>
        <w:tc>
          <w:tcPr>
            <w:tcW w:w="4785" w:type="dxa"/>
          </w:tcPr>
          <w:p w14:paraId="7ECD48ED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SK</w:t>
            </w:r>
          </w:p>
        </w:tc>
      </w:tr>
      <w:tr w:rsidR="00452EF7" w:rsidRPr="001704B5" w14:paraId="11AA07C6" w14:textId="77777777" w:rsidTr="006E5E8B">
        <w:trPr>
          <w:cantSplit/>
          <w:jc w:val="center"/>
        </w:trPr>
        <w:tc>
          <w:tcPr>
            <w:tcW w:w="5802" w:type="dxa"/>
          </w:tcPr>
          <w:p w14:paraId="044F9B9A" w14:textId="243BDE72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1.2. Mittevastava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jalgrattatarviku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kasutamine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võistlusel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*</w:t>
            </w:r>
          </w:p>
        </w:tc>
        <w:tc>
          <w:tcPr>
            <w:tcW w:w="4785" w:type="dxa"/>
          </w:tcPr>
          <w:p w14:paraId="15D7C4EA" w14:textId="5D6C1E33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SK</w:t>
            </w:r>
          </w:p>
        </w:tc>
      </w:tr>
      <w:tr w:rsidR="00452EF7" w:rsidRPr="001704B5" w14:paraId="24BDAF36" w14:textId="77777777" w:rsidTr="006E5E8B">
        <w:trPr>
          <w:cantSplit/>
          <w:jc w:val="center"/>
        </w:trPr>
        <w:tc>
          <w:tcPr>
            <w:tcW w:w="5802" w:type="dxa"/>
          </w:tcPr>
          <w:p w14:paraId="42F8E456" w14:textId="200B613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1.3.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Jalgratas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vasta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UCI art 1.3.010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kirjeldatud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tingimustele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sh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keelatud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lahendus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4785" w:type="dxa"/>
          </w:tcPr>
          <w:p w14:paraId="37A3DF63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DSQ</w:t>
            </w:r>
          </w:p>
        </w:tc>
      </w:tr>
      <w:tr w:rsidR="00452EF7" w:rsidRPr="001704B5" w14:paraId="44BBC92A" w14:textId="77777777" w:rsidTr="006E5E8B">
        <w:trPr>
          <w:cantSplit/>
          <w:jc w:val="center"/>
        </w:trPr>
        <w:tc>
          <w:tcPr>
            <w:tcW w:w="5802" w:type="dxa"/>
            <w:shd w:val="clear" w:color="auto" w:fill="EFEFEF"/>
          </w:tcPr>
          <w:p w14:paraId="1BF760B8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2.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Riietus</w:t>
            </w:r>
            <w:proofErr w:type="spellEnd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kiiver</w:t>
            </w:r>
            <w:proofErr w:type="spellEnd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ja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lisaseadmed</w:t>
            </w:r>
            <w:proofErr w:type="spellEnd"/>
          </w:p>
        </w:tc>
        <w:tc>
          <w:tcPr>
            <w:tcW w:w="4785" w:type="dxa"/>
            <w:shd w:val="clear" w:color="auto" w:fill="EFEFEF"/>
          </w:tcPr>
          <w:p w14:paraId="2B0D9FE4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52EF7" w:rsidRPr="001704B5" w14:paraId="226BD18E" w14:textId="77777777" w:rsidTr="006E5E8B">
        <w:trPr>
          <w:cantSplit/>
          <w:jc w:val="center"/>
        </w:trPr>
        <w:tc>
          <w:tcPr>
            <w:tcW w:w="5802" w:type="dxa"/>
          </w:tcPr>
          <w:p w14:paraId="73213A34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2.1.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Starti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ilmumine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mittevastava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riietuse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kiivri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lisaseadmega</w:t>
            </w:r>
            <w:proofErr w:type="spellEnd"/>
          </w:p>
        </w:tc>
        <w:tc>
          <w:tcPr>
            <w:tcW w:w="4785" w:type="dxa"/>
          </w:tcPr>
          <w:p w14:paraId="39BCFE12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SK</w:t>
            </w:r>
          </w:p>
        </w:tc>
      </w:tr>
      <w:tr w:rsidR="00452EF7" w:rsidRPr="001704B5" w14:paraId="67B6D5D4" w14:textId="77777777" w:rsidTr="006E5E8B">
        <w:trPr>
          <w:cantSplit/>
          <w:jc w:val="center"/>
        </w:trPr>
        <w:tc>
          <w:tcPr>
            <w:tcW w:w="5802" w:type="dxa"/>
          </w:tcPr>
          <w:p w14:paraId="1D530656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2.2.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Mittevastava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riietuse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kiivri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lisaseadme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kasutamine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võistlusel</w:t>
            </w:r>
            <w:proofErr w:type="spellEnd"/>
          </w:p>
        </w:tc>
        <w:tc>
          <w:tcPr>
            <w:tcW w:w="4785" w:type="dxa"/>
          </w:tcPr>
          <w:p w14:paraId="0C4FAD45" w14:textId="6214CD5D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AK +60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ohtlik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: DSQ</w:t>
            </w:r>
          </w:p>
        </w:tc>
      </w:tr>
      <w:tr w:rsidR="00452EF7" w:rsidRPr="001704B5" w14:paraId="641CCB77" w14:textId="77777777" w:rsidTr="006E5E8B">
        <w:trPr>
          <w:cantSplit/>
          <w:jc w:val="center"/>
        </w:trPr>
        <w:tc>
          <w:tcPr>
            <w:tcW w:w="5802" w:type="dxa"/>
          </w:tcPr>
          <w:p w14:paraId="6C3614D5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2.3. S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tarti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ilmumine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kohustusliku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kiivrita</w:t>
            </w:r>
            <w:proofErr w:type="spellEnd"/>
          </w:p>
        </w:tc>
        <w:tc>
          <w:tcPr>
            <w:tcW w:w="4785" w:type="dxa"/>
          </w:tcPr>
          <w:p w14:paraId="7287F05B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SK</w:t>
            </w:r>
          </w:p>
        </w:tc>
      </w:tr>
      <w:tr w:rsidR="00452EF7" w:rsidRPr="001704B5" w14:paraId="18B18F3A" w14:textId="77777777" w:rsidTr="006E5E8B">
        <w:trPr>
          <w:cantSplit/>
          <w:jc w:val="center"/>
        </w:trPr>
        <w:tc>
          <w:tcPr>
            <w:tcW w:w="5802" w:type="dxa"/>
          </w:tcPr>
          <w:p w14:paraId="3FB69089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2.4.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Kohustusliku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kiivri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äravõtmine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võistluse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ajal</w:t>
            </w:r>
            <w:proofErr w:type="spellEnd"/>
          </w:p>
        </w:tc>
        <w:tc>
          <w:tcPr>
            <w:tcW w:w="4785" w:type="dxa"/>
          </w:tcPr>
          <w:p w14:paraId="2B4888B7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DSQ</w:t>
            </w:r>
          </w:p>
        </w:tc>
      </w:tr>
      <w:tr w:rsidR="00452EF7" w:rsidRPr="001704B5" w14:paraId="2B0F3B41" w14:textId="77777777" w:rsidTr="006E5E8B">
        <w:trPr>
          <w:cantSplit/>
          <w:jc w:val="center"/>
        </w:trPr>
        <w:tc>
          <w:tcPr>
            <w:tcW w:w="5802" w:type="dxa"/>
          </w:tcPr>
          <w:p w14:paraId="6ED06721" w14:textId="429EFA7B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2.5.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Keelatud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onboard-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tehnoloogia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mootori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vms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)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kasutamine</w:t>
            </w:r>
            <w:proofErr w:type="spellEnd"/>
          </w:p>
        </w:tc>
        <w:tc>
          <w:tcPr>
            <w:tcW w:w="4785" w:type="dxa"/>
          </w:tcPr>
          <w:p w14:paraId="4EB5AF34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Rattur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: DSQ</w:t>
            </w: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br/>
              <w:t xml:space="preserve">Muu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tiimiliige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: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eemaldamine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alalt</w:t>
            </w:r>
            <w:proofErr w:type="spellEnd"/>
          </w:p>
        </w:tc>
      </w:tr>
    </w:tbl>
    <w:tbl>
      <w:tblPr>
        <w:tblW w:w="10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666666"/>
          <w:insideV w:val="single" w:sz="8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5802"/>
        <w:gridCol w:w="4759"/>
      </w:tblGrid>
      <w:tr w:rsidR="00452EF7" w:rsidRPr="001704B5" w14:paraId="69514E2C" w14:textId="77777777" w:rsidTr="009E5295">
        <w:trPr>
          <w:cantSplit/>
          <w:jc w:val="center"/>
        </w:trPr>
        <w:tc>
          <w:tcPr>
            <w:tcW w:w="5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</w:tcPr>
          <w:p w14:paraId="2DB189B6" w14:textId="49530E03" w:rsidR="00452EF7" w:rsidRPr="001704B5" w:rsidRDefault="00452EF7" w:rsidP="00060CF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3. M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uud</w:t>
            </w:r>
            <w:proofErr w:type="spellEnd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rikkumised</w:t>
            </w:r>
            <w:proofErr w:type="spellEnd"/>
          </w:p>
        </w:tc>
        <w:tc>
          <w:tcPr>
            <w:tcW w:w="4759" w:type="dxa"/>
            <w:tcBorders>
              <w:left w:val="single" w:sz="4" w:space="0" w:color="auto"/>
            </w:tcBorders>
            <w:shd w:val="clear" w:color="auto" w:fill="EFEFEF"/>
          </w:tcPr>
          <w:p w14:paraId="1680E156" w14:textId="77777777" w:rsidR="00452EF7" w:rsidRPr="001704B5" w:rsidRDefault="00452EF7" w:rsidP="00060CF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tbl>
      <w:tblPr>
        <w:tblStyle w:val="a"/>
        <w:tblW w:w="10587" w:type="dxa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5802"/>
        <w:gridCol w:w="4785"/>
      </w:tblGrid>
      <w:tr w:rsidR="00452EF7" w:rsidRPr="001704B5" w14:paraId="7B94ACB5" w14:textId="77777777" w:rsidTr="006E5E8B">
        <w:trPr>
          <w:cantSplit/>
          <w:jc w:val="center"/>
        </w:trPr>
        <w:tc>
          <w:tcPr>
            <w:tcW w:w="5802" w:type="dxa"/>
          </w:tcPr>
          <w:p w14:paraId="0260EC88" w14:textId="0A66145A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Võistlusnumber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õlanumber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muudetud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(nt.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volditud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ise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tehtud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või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vales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kohas</w:t>
            </w:r>
            <w:proofErr w:type="spellEnd"/>
          </w:p>
        </w:tc>
        <w:tc>
          <w:tcPr>
            <w:tcW w:w="4785" w:type="dxa"/>
          </w:tcPr>
          <w:p w14:paraId="5F2723C9" w14:textId="774CE0EC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H(</w:t>
            </w:r>
            <w:proofErr w:type="spellStart"/>
            <w:proofErr w:type="gram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kui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parandab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kohe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): AK +30 s</w:t>
            </w:r>
          </w:p>
        </w:tc>
      </w:tr>
      <w:tr w:rsidR="00452EF7" w:rsidRPr="001704B5" w14:paraId="4A960FCF" w14:textId="77777777" w:rsidTr="006E5E8B">
        <w:trPr>
          <w:cantSplit/>
          <w:jc w:val="center"/>
        </w:trPr>
        <w:tc>
          <w:tcPr>
            <w:tcW w:w="5802" w:type="dxa"/>
          </w:tcPr>
          <w:p w14:paraId="11B2A207" w14:textId="308D2702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2.2.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Stardi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järjestuse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eiramine</w:t>
            </w:r>
            <w:proofErr w:type="spellEnd"/>
          </w:p>
        </w:tc>
        <w:tc>
          <w:tcPr>
            <w:tcW w:w="4785" w:type="dxa"/>
          </w:tcPr>
          <w:p w14:paraId="21476262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Korrigeerimine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+ H</w:t>
            </w:r>
          </w:p>
        </w:tc>
      </w:tr>
      <w:tr w:rsidR="00452EF7" w:rsidRPr="001704B5" w14:paraId="63302A25" w14:textId="77777777" w:rsidTr="006E5E8B">
        <w:trPr>
          <w:cantSplit/>
          <w:jc w:val="center"/>
        </w:trPr>
        <w:tc>
          <w:tcPr>
            <w:tcW w:w="5802" w:type="dxa"/>
          </w:tcPr>
          <w:p w14:paraId="79E9599A" w14:textId="3EC8A84C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3.3.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Reeglite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vastane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varustuse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vahetus</w:t>
            </w:r>
            <w:proofErr w:type="spellEnd"/>
          </w:p>
        </w:tc>
        <w:tc>
          <w:tcPr>
            <w:tcW w:w="4785" w:type="dxa"/>
          </w:tcPr>
          <w:p w14:paraId="38D51FC2" w14:textId="504D4ADB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H ja AK +30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: AK +60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selge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eelis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: DSQ</w:t>
            </w:r>
          </w:p>
        </w:tc>
      </w:tr>
      <w:tr w:rsidR="00452EF7" w:rsidRPr="001704B5" w14:paraId="5EFA7A70" w14:textId="77777777" w:rsidTr="006E5E8B">
        <w:trPr>
          <w:cantSplit/>
          <w:jc w:val="center"/>
        </w:trPr>
        <w:tc>
          <w:tcPr>
            <w:tcW w:w="5802" w:type="dxa"/>
          </w:tcPr>
          <w:p w14:paraId="49CDB105" w14:textId="1BFDAAD5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2.4.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Tehnilise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ala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läbimine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ilma abi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saamata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</w:p>
        </w:tc>
        <w:tc>
          <w:tcPr>
            <w:tcW w:w="4785" w:type="dxa"/>
          </w:tcPr>
          <w:p w14:paraId="5346D231" w14:textId="371B5A51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sv-SE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H; </w:t>
            </w:r>
            <w:proofErr w:type="spellStart"/>
            <w:proofErr w:type="gram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sv-SE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sv-SE"/>
              </w:rPr>
              <w:t xml:space="preserve"> :</w:t>
            </w:r>
            <w:proofErr w:type="gram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sv-SE"/>
              </w:rPr>
              <w:t xml:space="preserve"> AK +15 s.</w:t>
            </w:r>
          </w:p>
        </w:tc>
      </w:tr>
      <w:tr w:rsidR="00452EF7" w:rsidRPr="001704B5" w14:paraId="2F04C5B0" w14:textId="77777777" w:rsidTr="006E5E8B">
        <w:trPr>
          <w:cantSplit/>
          <w:jc w:val="center"/>
        </w:trPr>
        <w:tc>
          <w:tcPr>
            <w:tcW w:w="5802" w:type="dxa"/>
          </w:tcPr>
          <w:p w14:paraId="4A381652" w14:textId="0F97FF3D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3.5.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Sõidu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jätkamine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pärast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“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ringiga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saamist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”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vastuolus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5.1.051) (ei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rakenda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kui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juhendis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lubatud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)</w:t>
            </w:r>
          </w:p>
        </w:tc>
        <w:tc>
          <w:tcPr>
            <w:tcW w:w="4785" w:type="dxa"/>
          </w:tcPr>
          <w:p w14:paraId="4510C28F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H;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eemaldamine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rajalt</w:t>
            </w:r>
            <w:proofErr w:type="spellEnd"/>
          </w:p>
        </w:tc>
      </w:tr>
      <w:tr w:rsidR="00452EF7" w:rsidRPr="001704B5" w14:paraId="541A89CC" w14:textId="77777777" w:rsidTr="006E5E8B">
        <w:trPr>
          <w:cantSplit/>
          <w:jc w:val="center"/>
        </w:trPr>
        <w:tc>
          <w:tcPr>
            <w:tcW w:w="5802" w:type="dxa"/>
          </w:tcPr>
          <w:p w14:paraId="6520AD54" w14:textId="3DC3B7B1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3.6.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Toitmine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/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Jootmine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väljaspool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tehnilist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ala</w:t>
            </w:r>
          </w:p>
        </w:tc>
        <w:tc>
          <w:tcPr>
            <w:tcW w:w="4785" w:type="dxa"/>
          </w:tcPr>
          <w:p w14:paraId="55A91F17" w14:textId="1E9BA7C3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H ja AK +30 s</w:t>
            </w:r>
          </w:p>
        </w:tc>
      </w:tr>
      <w:tr w:rsidR="00452EF7" w:rsidRPr="001704B5" w14:paraId="4BA3C1F3" w14:textId="77777777" w:rsidTr="006E5E8B">
        <w:trPr>
          <w:cantSplit/>
          <w:jc w:val="center"/>
        </w:trPr>
        <w:tc>
          <w:tcPr>
            <w:tcW w:w="5802" w:type="dxa"/>
          </w:tcPr>
          <w:p w14:paraId="19254C26" w14:textId="254903BB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3.7.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kõrvalekalle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/ raja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lühendamine</w:t>
            </w:r>
            <w:proofErr w:type="spellEnd"/>
          </w:p>
        </w:tc>
        <w:tc>
          <w:tcPr>
            <w:tcW w:w="4785" w:type="dxa"/>
          </w:tcPr>
          <w:p w14:paraId="2B5088FB" w14:textId="1827C49F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AK: 60 s; </w:t>
            </w:r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nb-NO"/>
              </w:rPr>
              <w:t xml:space="preserve">selge 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nb-NO"/>
              </w:rPr>
              <w:t>eelis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nb-NO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nb-NO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nb-NO"/>
              </w:rPr>
              <w:t xml:space="preserve">: </w:t>
            </w:r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DSQ</w:t>
            </w:r>
          </w:p>
        </w:tc>
      </w:tr>
      <w:tr w:rsidR="00452EF7" w:rsidRPr="001704B5" w14:paraId="37D2616D" w14:textId="77777777" w:rsidTr="006E5E8B">
        <w:trPr>
          <w:cantSplit/>
          <w:jc w:val="center"/>
        </w:trPr>
        <w:tc>
          <w:tcPr>
            <w:tcW w:w="5802" w:type="dxa"/>
          </w:tcPr>
          <w:p w14:paraId="64546D07" w14:textId="39B162EE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3.8.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Tahtmatu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kõrvalekalle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detour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),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mis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annab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eelise</w:t>
            </w:r>
            <w:proofErr w:type="spellEnd"/>
          </w:p>
        </w:tc>
        <w:tc>
          <w:tcPr>
            <w:tcW w:w="4785" w:type="dxa"/>
          </w:tcPr>
          <w:p w14:paraId="70E5B80B" w14:textId="527A41C5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AK +30 s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või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PK</w:t>
            </w:r>
          </w:p>
        </w:tc>
      </w:tr>
      <w:tr w:rsidR="00452EF7" w:rsidRPr="001704B5" w14:paraId="46CEB984" w14:textId="77777777" w:rsidTr="006E5E8B">
        <w:trPr>
          <w:cantSplit/>
          <w:jc w:val="center"/>
        </w:trPr>
        <w:tc>
          <w:tcPr>
            <w:tcW w:w="5802" w:type="dxa"/>
          </w:tcPr>
          <w:p w14:paraId="1CF06DF0" w14:textId="390F5755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3.9.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Korraldaja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kohtunike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korralduste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eiramine</w:t>
            </w:r>
            <w:proofErr w:type="spellEnd"/>
          </w:p>
        </w:tc>
        <w:tc>
          <w:tcPr>
            <w:tcW w:w="4785" w:type="dxa"/>
          </w:tcPr>
          <w:p w14:paraId="1DDD1DD8" w14:textId="4BDA0601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H;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: AK +30 </w:t>
            </w:r>
            <w:proofErr w:type="gram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 ;</w:t>
            </w:r>
            <w:proofErr w:type="gram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br/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taustajõud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: 1. </w:t>
            </w: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Kord H; 2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eemaldamine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alalt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452EF7" w:rsidRPr="001704B5" w14:paraId="26EF6AD2" w14:textId="77777777" w:rsidTr="006E5E8B">
        <w:trPr>
          <w:cantSplit/>
          <w:jc w:val="center"/>
        </w:trPr>
        <w:tc>
          <w:tcPr>
            <w:tcW w:w="5802" w:type="dxa"/>
          </w:tcPr>
          <w:p w14:paraId="03AFD2D3" w14:textId="67599189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3.10.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Reeglite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vastane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sprint</w:t>
            </w:r>
          </w:p>
        </w:tc>
        <w:tc>
          <w:tcPr>
            <w:tcW w:w="4785" w:type="dxa"/>
          </w:tcPr>
          <w:p w14:paraId="7059250E" w14:textId="5A8A2CE5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PK + AK 15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ränk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ohtlik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: DSQ</w:t>
            </w:r>
          </w:p>
        </w:tc>
      </w:tr>
      <w:tr w:rsidR="00452EF7" w:rsidRPr="001704B5" w14:paraId="4C32F469" w14:textId="77777777" w:rsidTr="006E5E8B">
        <w:trPr>
          <w:cantSplit/>
          <w:jc w:val="center"/>
        </w:trPr>
        <w:tc>
          <w:tcPr>
            <w:tcW w:w="5802" w:type="dxa"/>
          </w:tcPr>
          <w:p w14:paraId="49E1C0F2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13.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Treening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väljaspool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lubatud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aega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/ “closed”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rajal</w:t>
            </w:r>
            <w:proofErr w:type="spellEnd"/>
          </w:p>
        </w:tc>
        <w:tc>
          <w:tcPr>
            <w:tcW w:w="4785" w:type="dxa"/>
          </w:tcPr>
          <w:p w14:paraId="34F593C6" w14:textId="6CEB8706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H;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: AK +30 s</w:t>
            </w:r>
          </w:p>
        </w:tc>
      </w:tr>
      <w:tr w:rsidR="00452EF7" w:rsidRPr="001704B5" w14:paraId="6A60AE2A" w14:textId="77777777" w:rsidTr="006E5E8B">
        <w:trPr>
          <w:cantSplit/>
          <w:jc w:val="center"/>
        </w:trPr>
        <w:tc>
          <w:tcPr>
            <w:tcW w:w="5802" w:type="dxa"/>
          </w:tcPr>
          <w:p w14:paraId="59D7460C" w14:textId="17AC26F5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3.11.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Liidrisärgi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mittekandmine</w:t>
            </w:r>
            <w:proofErr w:type="spellEnd"/>
          </w:p>
        </w:tc>
        <w:tc>
          <w:tcPr>
            <w:tcW w:w="4785" w:type="dxa"/>
          </w:tcPr>
          <w:p w14:paraId="4EECB821" w14:textId="02AD847A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H +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paranda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enne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starti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kui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ei saa: AK 30 s</w:t>
            </w:r>
          </w:p>
        </w:tc>
      </w:tr>
      <w:tr w:rsidR="00452EF7" w:rsidRPr="001704B5" w14:paraId="325873B3" w14:textId="77777777" w:rsidTr="006E5E8B">
        <w:trPr>
          <w:cantSplit/>
          <w:jc w:val="center"/>
        </w:trPr>
        <w:tc>
          <w:tcPr>
            <w:tcW w:w="5802" w:type="dxa"/>
          </w:tcPr>
          <w:p w14:paraId="1A067BD8" w14:textId="6DDBDDDC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3.12.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Ametlikel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tseremooniatel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mitteosalemine</w:t>
            </w:r>
            <w:proofErr w:type="spellEnd"/>
          </w:p>
        </w:tc>
        <w:tc>
          <w:tcPr>
            <w:tcW w:w="4785" w:type="dxa"/>
          </w:tcPr>
          <w:p w14:paraId="28ED4AB9" w14:textId="18C1227A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highlight w:val="yellow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H ja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karikasarja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etapi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punktid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-20%</w:t>
            </w:r>
          </w:p>
        </w:tc>
      </w:tr>
      <w:tr w:rsidR="00452EF7" w:rsidRPr="001704B5" w14:paraId="21D48D01" w14:textId="77777777" w:rsidTr="006E5E8B">
        <w:trPr>
          <w:cantSplit/>
          <w:jc w:val="center"/>
        </w:trPr>
        <w:tc>
          <w:tcPr>
            <w:tcW w:w="5802" w:type="dxa"/>
          </w:tcPr>
          <w:p w14:paraId="065B615D" w14:textId="193AFD32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3.13.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Mittevastav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riietus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poodiumil</w:t>
            </w:r>
            <w:proofErr w:type="spellEnd"/>
          </w:p>
        </w:tc>
        <w:tc>
          <w:tcPr>
            <w:tcW w:w="4785" w:type="dxa"/>
          </w:tcPr>
          <w:p w14:paraId="3ADF412F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H</w:t>
            </w:r>
          </w:p>
        </w:tc>
      </w:tr>
      <w:tr w:rsidR="00452EF7" w:rsidRPr="001704B5" w14:paraId="3656E738" w14:textId="77777777" w:rsidTr="006E5E8B">
        <w:trPr>
          <w:cantSplit/>
          <w:jc w:val="center"/>
        </w:trPr>
        <w:tc>
          <w:tcPr>
            <w:tcW w:w="5802" w:type="dxa"/>
          </w:tcPr>
          <w:p w14:paraId="72322C89" w14:textId="6EB7948B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3.14.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Solvangud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ähvardused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sobimatu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käitumine</w:t>
            </w:r>
            <w:proofErr w:type="spellEnd"/>
          </w:p>
        </w:tc>
        <w:tc>
          <w:tcPr>
            <w:tcW w:w="4785" w:type="dxa"/>
          </w:tcPr>
          <w:p w14:paraId="78CEF340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Eemaldamine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alalt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 + H;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ränk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</w:rPr>
              <w:t>: DSQ</w:t>
            </w:r>
          </w:p>
        </w:tc>
      </w:tr>
      <w:tr w:rsidR="00452EF7" w:rsidRPr="001704B5" w14:paraId="60C30592" w14:textId="77777777" w:rsidTr="006E5E8B">
        <w:trPr>
          <w:cantSplit/>
          <w:jc w:val="center"/>
        </w:trPr>
        <w:tc>
          <w:tcPr>
            <w:tcW w:w="5802" w:type="dxa"/>
          </w:tcPr>
          <w:p w14:paraId="3EF12AAF" w14:textId="210D017E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sv-SE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3.15.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Vägivald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rattur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või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muu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isik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sv-SE"/>
              </w:rPr>
              <w:t>)</w:t>
            </w:r>
          </w:p>
        </w:tc>
        <w:tc>
          <w:tcPr>
            <w:tcW w:w="4785" w:type="dxa"/>
          </w:tcPr>
          <w:p w14:paraId="0F26DB98" w14:textId="77777777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</w:rPr>
              <w:t xml:space="preserve">DSQ </w:t>
            </w:r>
          </w:p>
        </w:tc>
      </w:tr>
      <w:tr w:rsidR="00452EF7" w:rsidRPr="001704B5" w14:paraId="6B2791B9" w14:textId="77777777" w:rsidTr="006E5E8B">
        <w:trPr>
          <w:cantSplit/>
          <w:jc w:val="center"/>
        </w:trPr>
        <w:tc>
          <w:tcPr>
            <w:tcW w:w="5802" w:type="dxa"/>
          </w:tcPr>
          <w:p w14:paraId="34B9AA73" w14:textId="44C795FF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3.16.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Takistamine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(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teise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liikumise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takistamine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viivitamine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)</w:t>
            </w:r>
          </w:p>
        </w:tc>
        <w:tc>
          <w:tcPr>
            <w:tcW w:w="4785" w:type="dxa"/>
          </w:tcPr>
          <w:p w14:paraId="39E040ED" w14:textId="5DFEC9EE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H ja AK +30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: DSQ</w:t>
            </w:r>
          </w:p>
        </w:tc>
      </w:tr>
      <w:tr w:rsidR="00452EF7" w:rsidRPr="001704B5" w14:paraId="78151860" w14:textId="77777777" w:rsidTr="006E5E8B">
        <w:trPr>
          <w:cantSplit/>
          <w:jc w:val="center"/>
        </w:trPr>
        <w:tc>
          <w:tcPr>
            <w:tcW w:w="5802" w:type="dxa"/>
          </w:tcPr>
          <w:p w14:paraId="680E46F0" w14:textId="0A884EC3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fi-FI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3.17.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Prügi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objektide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viskamine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valesse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kohta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või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 xml:space="preserve">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fi-FI"/>
              </w:rPr>
              <w:t>ohtlikult</w:t>
            </w:r>
            <w:proofErr w:type="spellEnd"/>
          </w:p>
        </w:tc>
        <w:tc>
          <w:tcPr>
            <w:tcW w:w="4785" w:type="dxa"/>
          </w:tcPr>
          <w:p w14:paraId="3492A01C" w14:textId="68F4A609" w:rsidR="00452EF7" w:rsidRPr="001704B5" w:rsidRDefault="00452EF7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H; 2.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kord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: AK +30 s; 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tahtlik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/</w:t>
            </w:r>
            <w:proofErr w:type="spellStart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korduv</w:t>
            </w:r>
            <w:proofErr w:type="spellEnd"/>
            <w:r w:rsidRPr="001704B5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: DSQ</w:t>
            </w:r>
          </w:p>
        </w:tc>
      </w:tr>
    </w:tbl>
    <w:p w14:paraId="5C5522A5" w14:textId="77777777" w:rsidR="001D2027" w:rsidRPr="001704B5" w:rsidRDefault="001D2027">
      <w:pPr>
        <w:rPr>
          <w:rFonts w:asciiTheme="majorHAnsi" w:hAnsiTheme="majorHAnsi" w:cstheme="majorHAnsi"/>
          <w:sz w:val="20"/>
          <w:szCs w:val="20"/>
          <w:lang w:val="nb-NO"/>
        </w:rPr>
      </w:pPr>
    </w:p>
    <w:p w14:paraId="5DB0E90C" w14:textId="0ECC04E8" w:rsidR="00EE2EB8" w:rsidRPr="001704B5" w:rsidRDefault="00EE2EB8" w:rsidP="00801142">
      <w:pPr>
        <w:pBdr>
          <w:between w:val="single" w:sz="4" w:space="1" w:color="auto"/>
        </w:pBdr>
        <w:rPr>
          <w:rFonts w:asciiTheme="majorHAnsi" w:hAnsiTheme="majorHAnsi" w:cstheme="majorHAnsi"/>
          <w:sz w:val="20"/>
          <w:szCs w:val="20"/>
          <w:lang w:val="fi-FI"/>
        </w:rPr>
      </w:pPr>
      <w:r w:rsidRPr="001704B5">
        <w:rPr>
          <w:rFonts w:asciiTheme="majorHAnsi" w:hAnsiTheme="majorHAnsi" w:cstheme="majorHAnsi"/>
          <w:sz w:val="20"/>
          <w:szCs w:val="20"/>
          <w:lang w:val="fi-FI"/>
        </w:rPr>
        <w:t>*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mittevastava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jalgrattatarviku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kasutamine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-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r</w:t>
      </w:r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attal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kasutatakse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tarvikut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komponenti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mis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ei vasta UCI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tehnilistele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="009852C6" w:rsidRPr="001704B5">
        <w:rPr>
          <w:rFonts w:asciiTheme="majorHAnsi" w:hAnsiTheme="majorHAnsi" w:cstheme="majorHAnsi"/>
          <w:sz w:val="20"/>
          <w:szCs w:val="20"/>
          <w:lang w:val="fi-FI"/>
        </w:rPr>
        <w:t>.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Näiteks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mittevastava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lenksu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lenksutarvikuga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;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lubamatute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mõõtmete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kujuga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komponendiga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;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rattale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paigaldatud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tarvikuga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mis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annab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lubamatu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aerodünaamilise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muu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eelise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;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muu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rattatarvikuga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mille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kasutamine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ei vasta UCI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varustuse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.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2026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aastal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kehtivad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cyclo-crossis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näiteks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konkreetsed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lenksu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mõõtmete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nõuded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. </w:t>
      </w:r>
      <w:proofErr w:type="spellStart"/>
      <w:r w:rsidR="002A5C24">
        <w:rPr>
          <w:rFonts w:asciiTheme="majorHAnsi" w:hAnsiTheme="majorHAnsi" w:cstheme="majorHAnsi"/>
          <w:sz w:val="20"/>
          <w:szCs w:val="20"/>
          <w:lang w:val="fi-FI"/>
        </w:rPr>
        <w:t>C</w:t>
      </w:r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yclo-crossi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ratta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lenksu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minimaalne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üldlaius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on 400 mm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ning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UCI on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kehtestanud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ka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piirangud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lenksu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kujule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ja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piduriheeblite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asukohale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. 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Jalgrattatarviku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lubamatu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ümberehitami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>se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all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mõistetakse</w:t>
      </w:r>
      <w:proofErr w:type="spellEnd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801142" w:rsidRPr="001704B5">
        <w:rPr>
          <w:rFonts w:asciiTheme="majorHAnsi" w:hAnsiTheme="majorHAnsi" w:cstheme="majorHAnsi"/>
          <w:sz w:val="20"/>
          <w:szCs w:val="20"/>
          <w:lang w:val="fi-FI"/>
        </w:rPr>
        <w:t>seda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kui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j</w:t>
      </w:r>
      <w:r w:rsidRPr="001704B5">
        <w:rPr>
          <w:rFonts w:asciiTheme="majorHAnsi" w:hAnsiTheme="majorHAnsi" w:cstheme="majorHAnsi"/>
          <w:sz w:val="20"/>
          <w:szCs w:val="20"/>
          <w:lang w:val="fi-FI"/>
        </w:rPr>
        <w:t>algrattatarvikut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komponenti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on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muudetud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viisil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mis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ei vasta UCI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selle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ettenähtud</w:t>
      </w:r>
      <w:proofErr w:type="spellEnd"/>
      <w:r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Pr="001704B5">
        <w:rPr>
          <w:rFonts w:asciiTheme="majorHAnsi" w:hAnsiTheme="majorHAnsi" w:cstheme="majorHAnsi"/>
          <w:sz w:val="20"/>
          <w:szCs w:val="20"/>
          <w:lang w:val="fi-FI"/>
        </w:rPr>
        <w:t>kasutusele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(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j</w:t>
      </w:r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algrattaosa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lõigatakse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painutatakse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paigutatakse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ümber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muudetakse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sellele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lisatakse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midagi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sellist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, mille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tulemusena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ei vasta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see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enam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UCI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nõuetele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või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selle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ettenähtud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 xml:space="preserve"> </w:t>
      </w:r>
      <w:proofErr w:type="spellStart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kasutusele</w:t>
      </w:r>
      <w:proofErr w:type="spellEnd"/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)</w:t>
      </w:r>
      <w:r w:rsidR="00C72E12" w:rsidRPr="001704B5">
        <w:rPr>
          <w:rFonts w:asciiTheme="majorHAnsi" w:hAnsiTheme="majorHAnsi" w:cstheme="majorHAnsi"/>
          <w:sz w:val="20"/>
          <w:szCs w:val="20"/>
          <w:lang w:val="fi-FI"/>
        </w:rPr>
        <w:t>.</w:t>
      </w:r>
    </w:p>
    <w:sectPr w:rsidR="00EE2EB8" w:rsidRPr="001704B5">
      <w:pgSz w:w="12240" w:h="15840"/>
      <w:pgMar w:top="737" w:right="737" w:bottom="737" w:left="73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8BBBBA8-2E12-4818-9222-961B3CE6C767}"/>
    <w:embedBold r:id="rId2" w:fontKey="{CB8EDABF-117F-407A-A892-A13EFF0D596A}"/>
    <w:embedItalic r:id="rId3" w:fontKey="{033DC10F-EBE7-481F-845F-A21E7BEF45A5}"/>
    <w:embedBoldItalic r:id="rId4" w:fontKey="{FE3ACCCD-A676-468C-8266-952A289D43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04B0403-D8D0-4C0C-AB70-099B27382FB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7583B"/>
    <w:multiLevelType w:val="multilevel"/>
    <w:tmpl w:val="02EA250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04975433">
    <w:abstractNumId w:val="0"/>
  </w:num>
  <w:num w:numId="2" w16cid:durableId="159662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5447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6372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1512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5326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027"/>
    <w:rsid w:val="000929DB"/>
    <w:rsid w:val="000F3AC1"/>
    <w:rsid w:val="00127CBF"/>
    <w:rsid w:val="001704B5"/>
    <w:rsid w:val="001D2027"/>
    <w:rsid w:val="002A5C24"/>
    <w:rsid w:val="002F5194"/>
    <w:rsid w:val="003567FB"/>
    <w:rsid w:val="00452EF7"/>
    <w:rsid w:val="00551013"/>
    <w:rsid w:val="006C3B8E"/>
    <w:rsid w:val="006E5E8B"/>
    <w:rsid w:val="00801142"/>
    <w:rsid w:val="00825D4B"/>
    <w:rsid w:val="00832502"/>
    <w:rsid w:val="008F608F"/>
    <w:rsid w:val="009852C6"/>
    <w:rsid w:val="009E5295"/>
    <w:rsid w:val="00A476C1"/>
    <w:rsid w:val="00A536EC"/>
    <w:rsid w:val="00A53C91"/>
    <w:rsid w:val="00AE3305"/>
    <w:rsid w:val="00BE372B"/>
    <w:rsid w:val="00C63AFF"/>
    <w:rsid w:val="00C72E12"/>
    <w:rsid w:val="00E262EC"/>
    <w:rsid w:val="00EE2EB8"/>
    <w:rsid w:val="00FC2C8B"/>
    <w:rsid w:val="00FF04FF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BCCC"/>
  <w15:docId w15:val="{9552F3BD-22C4-4F5E-8607-B0C6E0B6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AC1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F3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A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+2Ed229Bf9rIthHHa/9t3bWLDw==">CgMxLjA4AHIhMW10WGVUUmNrRFpiU1kwVGRidmFZeVZFSjQtMHVxSkdo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Raimo Ronimois</cp:lastModifiedBy>
  <cp:revision>21</cp:revision>
  <dcterms:created xsi:type="dcterms:W3CDTF">2026-09-17T14:30:00Z</dcterms:created>
  <dcterms:modified xsi:type="dcterms:W3CDTF">2026-09-23T19:09:00Z</dcterms:modified>
</cp:coreProperties>
</file>